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הסרטון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הרגשות והמניעים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ערך העבודה בקבוצה ולתת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להטות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הם פועלים ביחד כקבוצה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אין כמעט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כדי להינצל מהאורקה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מנסה להטות את הקרח כדי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הכוח של הפינגווינים נובע מהעבודה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הרעיון המרכזי שהסרטון מציג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מפתיע וטוב - הפינגווינים ניצלים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(עומדים ביחד על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להטות את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(עוזרת להינצל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(חשיבה מהירה בזמן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(הרגע שבו האורקה מתחילה להטות)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הפינגווינים עומדים ביחד על הקרח הצף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האורקה הרעבה מופיעה ליד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האורקה מתחילה להטות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הפינגווינים פועלים ביחד כדי לשמור על איזון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הפינגווינים ניצלים בזכות העבודה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אישי של עבודה משותפת, יסביר מה הייתה המטרה ואיך שיתוף הפעולה עזר להצליח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רגשות כמו פחד או דאגה ויציע פעולה הגיונית כמו להתרחק או להחזיק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עבודת צוות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ביחד אפשר להתמודד עם קשיים טוב יותר מאשר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בדיוק כשהאורקה מתחילה להטות את הקרח ולבקש מהתלמידים לנחש מה 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לענות בעל פה לפני הכתיבה, במיוחד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לדוגמאות מהכיתה או מהחצר על עזרה הדדית וחוסן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יש פינגווינים על קרח. אורקה רוצה לתפוס אותם. הפינגווינים עובדים ביחד ומצליחים להינצל.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 ענק וטורף שחי בים, נקרא גם לווייתן קטלן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קרח 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חתיכת קרח שנמצאת על פני המים ונעה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כשכולם עוזרים ביחד כדי 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למצוא פתרון חכם ומהיר בזמן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להטות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למשהו לזוז הצידה או להתהפך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 ולא להישבר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ביחד עם אחרים למטרה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רוצה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נחש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הפינגווינים נמצאים?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האורקה עושה כדי לנסות לתפוס אותם?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לקפוץ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להטות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לפינגווינים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בורח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נשארים במקום בלי לזוז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פועלים ביחד כקבוצה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קוראים לעזרה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דיבורים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כמעט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דיבורים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כתוביות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בסרטון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מוותרת מיד כשהיא רואה את הפינגווינים.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פינגווין בודד היה מצליח להינצל בקלות כמו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מלמד על חשיבות עבודת הצוות.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הסוף של הסרטון 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הפינגווינים עומדים על __________ צף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האורקה מנסה __________ את הקרח כדי שהפינגווינים יפלו.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הפינגווינים ניצלים בזכות עבודת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כשכולם עוזרים ביחד למטרה משותפת, זה נקרא שיתוף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האורקה היא חיה שחיה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 להטות את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עוזרת להינצל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שבו האורקה מתחילה להטות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עומדים ביחד על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העצירה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מהירה בזמן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מתחילה להטות את הקרח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ניצלים בזכות העבודה המשותפת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הרעבה מופיעה ליד הקרח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עומדים ביחד על הקרח הצף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פועלים ביחד כדי לשמור על איזון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שהצלחתם לעשות משהו בזכות עבודה ביחד עם מישהו אחר. מה קרה? איך עזרתם זה לזה?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פינגווין בסיפור. מה הייתם מרגישים כשהקרח מתחיל לזוז? מה הייתם עושים?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מנסה לתפוס את הפינגווינים בסרטון?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הפינגווינים מצליחים להינצל?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לעבוד ביחד כקבוצה?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