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הפינגווינים והאורקה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הסרטון ואת רצף האירועים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הרגשות והמניעים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ערך העבודה בקבוצה ולתת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 קרח 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להטות את הקרח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פועלים יחד כדי להינצל מהאורקה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מנסה להטות את הקרח כדי לתפוס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הרעיון המרכזי שהסרטון מציג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(עומדים ביחד על הקרח)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(מנסה להטות את הקרח)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(עוזרת להינצל מסכנה)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(חשיבה מהירה בזמן קושי)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הפינגווינים עומדים ביחד על הקרח הצף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האורקה הרעבה מופיעה ליד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האורקה מתחילה להטות את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הפינגווינים פועלים ביחד כדי לשמור על איזון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מצב אישי של עבודה משותפת, יסביר מה הייתה המטרה ואיך שיתוף הפעולה עזר להצליח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בזכות עבודת צוות ושיתוף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ביחד אפשר להתמודד עם קשיים טוב יותר מאשר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לעצור את הסרטון בדיוק כשהאורקה מתחילה להטות את הקרח ולבקש מהתלמידים לנחש מה יקרה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לענות בעל פה לפני הכתיבה, במיוחד לשאלות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הדיון לדוגמאות מהכיתה או מהחצר על עזרה הדדית וחוסן קבוצתי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הפינגווינים והאורקה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בסרטון קבוצת פינגווינים עומדת על קרח צף, ואורקה רעבה מנסה להטות את הקרח כדי שהפינגווינים יחליקו אליה. נראה איך הם מצליחים להינצל בזכות עבודת צוות.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צוות  ·  קרח  ·  להטות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מנסה לתפוס את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דוב 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עומדים הפינגווינים בתחילת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חוף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בתוך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קרח 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האורקה מנסה לעשות כדי לתפוס את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לקפוץ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להטות את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לצעוק עליהם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הפינגווינים בסרטון עוזרים זה לזה.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האורקה מוותרת מיד כשהיא רואה את הפינגווינים.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הסרטון מלמד על חשיבות עבודת הצוות.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הפינגווינים עומדים על __________ צף 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האורקה מנסה __________ את הקרח כדי שהפינגווינים יפלו.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הפינגווינים ניצלים בזכות עבודת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הפינגווינים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מנסה להטות את הקרח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עומדים ביחד על הקרח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עבודת צוות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חשיבה מהירה בזמן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תושייה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עוזרת להינצל מסכנה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האורקה מתחילה להטות את הקרח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הפינגווינים פועלים ביחד כדי לשמור על איזון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הפינגווינים עומדים ביחד על הקרח הצף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האורקה הרעבה מופיעה ליד הקרח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פעם שהצלחתם לעשות משהו בזכות עבודה ביחד עם מישהו אחר. מה קרה? איך עזרתם זה לזה?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מנסה לתפוס את הפינגווינים בסרטון?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הפינגווינים מצליחים להינצל?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הפינגווינים והאורקה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